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336E2" w14:textId="1F42251C" w:rsidR="00DB501C" w:rsidRDefault="00CC2F40">
      <w:pPr>
        <w:pStyle w:val="1"/>
        <w:jc w:val="center"/>
        <w:rPr>
          <w:rFonts w:ascii="BIZ UDPゴシック" w:eastAsia="BIZ UDPゴシック" w:hAnsi="BIZ UDPゴシック"/>
          <w:lang w:eastAsia="ja-JP"/>
        </w:rPr>
      </w:pPr>
      <w:r w:rsidRPr="00CC2F40">
        <w:rPr>
          <w:rFonts w:ascii="BIZ UDPゴシック" w:eastAsia="BIZ UDPゴシック" w:hAnsi="BIZ UDPゴシック" w:hint="eastAsia"/>
          <w:lang w:eastAsia="ja-JP"/>
        </w:rPr>
        <w:t>WISC-Ⅳ検査依頼シート</w:t>
      </w:r>
    </w:p>
    <w:p w14:paraId="02623416" w14:textId="77777777" w:rsidR="001E0233" w:rsidRPr="001E0233" w:rsidRDefault="001E0233" w:rsidP="001E0233">
      <w:pPr>
        <w:rPr>
          <w:rFonts w:hint="eastAsia"/>
          <w:lang w:eastAsia="ja-JP"/>
        </w:rPr>
      </w:pPr>
    </w:p>
    <w:p w14:paraId="2BDD3F3D" w14:textId="77777777" w:rsidR="00DB501C" w:rsidRPr="00CC2F40" w:rsidRDefault="008E45BC" w:rsidP="00CC2F40">
      <w:pPr>
        <w:jc w:val="right"/>
        <w:rPr>
          <w:rFonts w:ascii="BIZ UDPゴシック" w:eastAsia="BIZ UDPゴシック" w:hAnsi="BIZ UDPゴシック"/>
          <w:sz w:val="24"/>
          <w:szCs w:val="24"/>
        </w:rPr>
      </w:pPr>
      <w:proofErr w:type="spellStart"/>
      <w:r w:rsidRPr="00CC2F40">
        <w:rPr>
          <w:rFonts w:ascii="BIZ UDPゴシック" w:eastAsia="BIZ UDPゴシック" w:hAnsi="BIZ UDPゴシック"/>
          <w:sz w:val="24"/>
          <w:szCs w:val="24"/>
        </w:rPr>
        <w:t>依頼日</w:t>
      </w:r>
      <w:proofErr w:type="spellEnd"/>
      <w:r w:rsidRPr="00CC2F40">
        <w:rPr>
          <w:rFonts w:ascii="BIZ UDPゴシック" w:eastAsia="BIZ UDPゴシック" w:hAnsi="BIZ UDPゴシック"/>
          <w:sz w:val="24"/>
          <w:szCs w:val="24"/>
        </w:rPr>
        <w:t>：　　　年　　　月　　　日</w:t>
      </w:r>
    </w:p>
    <w:p w14:paraId="61CFD768" w14:textId="77777777" w:rsidR="00DB501C" w:rsidRPr="00CC2F40" w:rsidRDefault="008E45BC">
      <w:pPr>
        <w:pStyle w:val="21"/>
        <w:rPr>
          <w:rFonts w:ascii="BIZ UDPゴシック" w:eastAsia="BIZ UDPゴシック" w:hAnsi="BIZ UDPゴシック"/>
        </w:rPr>
      </w:pPr>
      <w:r w:rsidRPr="00CC2F40">
        <w:rPr>
          <w:rFonts w:ascii="BIZ UDPゴシック" w:eastAsia="BIZ UDPゴシック" w:hAnsi="BIZ UDPゴシック"/>
        </w:rPr>
        <w:t>１．依頼元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367"/>
      </w:tblGrid>
      <w:tr w:rsidR="00DB501C" w:rsidRPr="00CC2F40" w14:paraId="73DC86B8" w14:textId="77777777" w:rsidTr="00CC2F40">
        <w:trPr>
          <w:jc w:val="center"/>
        </w:trPr>
        <w:tc>
          <w:tcPr>
            <w:tcW w:w="2263" w:type="dxa"/>
          </w:tcPr>
          <w:p w14:paraId="73E69382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事業所名</w:t>
            </w:r>
            <w:proofErr w:type="spellEnd"/>
          </w:p>
          <w:p w14:paraId="7D879F39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56F443DE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7DDC3DC0" w14:textId="77777777" w:rsidTr="00CC2F40">
        <w:trPr>
          <w:jc w:val="center"/>
        </w:trPr>
        <w:tc>
          <w:tcPr>
            <w:tcW w:w="2263" w:type="dxa"/>
          </w:tcPr>
          <w:p w14:paraId="30B67C88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所在地</w:t>
            </w:r>
            <w:proofErr w:type="spellEnd"/>
          </w:p>
          <w:p w14:paraId="6E293056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3D3037DF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59B7C4EC" w14:textId="77777777" w:rsidTr="00CC2F40">
        <w:trPr>
          <w:jc w:val="center"/>
        </w:trPr>
        <w:tc>
          <w:tcPr>
            <w:tcW w:w="2263" w:type="dxa"/>
          </w:tcPr>
          <w:p w14:paraId="61C98D0A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電話番号</w:t>
            </w:r>
            <w:proofErr w:type="spellEnd"/>
          </w:p>
          <w:p w14:paraId="0539E37E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18D90C40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65750EF2" w14:textId="77777777" w:rsidTr="00CC2F40">
        <w:trPr>
          <w:jc w:val="center"/>
        </w:trPr>
        <w:tc>
          <w:tcPr>
            <w:tcW w:w="2263" w:type="dxa"/>
          </w:tcPr>
          <w:p w14:paraId="5B1A18A4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FAX</w:t>
            </w:r>
          </w:p>
          <w:p w14:paraId="7A0A6B1F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</w:p>
        </w:tc>
        <w:tc>
          <w:tcPr>
            <w:tcW w:w="6367" w:type="dxa"/>
          </w:tcPr>
          <w:p w14:paraId="7CBC78D9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2CCC588C" w14:textId="77777777" w:rsidTr="00CC2F40">
        <w:trPr>
          <w:jc w:val="center"/>
        </w:trPr>
        <w:tc>
          <w:tcPr>
            <w:tcW w:w="2263" w:type="dxa"/>
          </w:tcPr>
          <w:p w14:paraId="3A9F39F5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担当者</w:t>
            </w:r>
            <w:proofErr w:type="spellEnd"/>
          </w:p>
          <w:p w14:paraId="56CB4C54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503C1A5E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62B053FE" w14:textId="77777777" w:rsidTr="00CC2F40">
        <w:trPr>
          <w:jc w:val="center"/>
        </w:trPr>
        <w:tc>
          <w:tcPr>
            <w:tcW w:w="2263" w:type="dxa"/>
          </w:tcPr>
          <w:p w14:paraId="6F152A43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職種</w:t>
            </w:r>
            <w:proofErr w:type="spellEnd"/>
          </w:p>
          <w:p w14:paraId="366DC8E1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2CC0274C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219318C2" w14:textId="77777777" w:rsidR="00DB501C" w:rsidRPr="00CC2F40" w:rsidRDefault="00DB501C">
      <w:pPr>
        <w:rPr>
          <w:rFonts w:ascii="BIZ UDPゴシック" w:eastAsia="BIZ UDPゴシック" w:hAnsi="BIZ UDPゴシック"/>
        </w:rPr>
      </w:pPr>
    </w:p>
    <w:p w14:paraId="23298A05" w14:textId="77777777" w:rsidR="00DB501C" w:rsidRPr="00CC2F40" w:rsidRDefault="008E45BC">
      <w:pPr>
        <w:pStyle w:val="21"/>
        <w:rPr>
          <w:rFonts w:ascii="BIZ UDPゴシック" w:eastAsia="BIZ UDPゴシック" w:hAnsi="BIZ UDPゴシック"/>
        </w:rPr>
      </w:pPr>
      <w:r w:rsidRPr="00CC2F40">
        <w:rPr>
          <w:rFonts w:ascii="BIZ UDPゴシック" w:eastAsia="BIZ UDPゴシック" w:hAnsi="BIZ UDPゴシック"/>
        </w:rPr>
        <w:t>２．対象児情報</w:t>
      </w:r>
    </w:p>
    <w:tbl>
      <w:tblPr>
        <w:tblStyle w:val="af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6367"/>
      </w:tblGrid>
      <w:tr w:rsidR="00DB501C" w:rsidRPr="00CC2F40" w14:paraId="437DC203" w14:textId="77777777" w:rsidTr="00CC2F40">
        <w:trPr>
          <w:jc w:val="center"/>
        </w:trPr>
        <w:tc>
          <w:tcPr>
            <w:tcW w:w="2263" w:type="dxa"/>
          </w:tcPr>
          <w:p w14:paraId="192124C3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氏名</w:t>
            </w:r>
            <w:proofErr w:type="spellEnd"/>
          </w:p>
          <w:p w14:paraId="0BA0967F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2ABA2DDA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19076DF2" w14:textId="77777777" w:rsidTr="00CC2F40">
        <w:trPr>
          <w:jc w:val="center"/>
        </w:trPr>
        <w:tc>
          <w:tcPr>
            <w:tcW w:w="2263" w:type="dxa"/>
          </w:tcPr>
          <w:p w14:paraId="43FD122E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ふりがな</w:t>
            </w:r>
            <w:proofErr w:type="spellEnd"/>
          </w:p>
          <w:p w14:paraId="4A88C14F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7B6CD3D4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1A6E2124" w14:textId="77777777" w:rsidTr="00CC2F40">
        <w:trPr>
          <w:jc w:val="center"/>
        </w:trPr>
        <w:tc>
          <w:tcPr>
            <w:tcW w:w="2263" w:type="dxa"/>
          </w:tcPr>
          <w:p w14:paraId="05681BEF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生年月日</w:t>
            </w:r>
            <w:proofErr w:type="spellEnd"/>
          </w:p>
          <w:p w14:paraId="4D118F31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35AF2012" w14:textId="6D803B96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</w:rPr>
            </w:pPr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年　　　月　　　日（　　歳）</w:t>
            </w:r>
          </w:p>
        </w:tc>
      </w:tr>
      <w:tr w:rsidR="00DB501C" w:rsidRPr="00CC2F40" w14:paraId="1E3BE315" w14:textId="77777777" w:rsidTr="00CC2F40">
        <w:trPr>
          <w:jc w:val="center"/>
        </w:trPr>
        <w:tc>
          <w:tcPr>
            <w:tcW w:w="2263" w:type="dxa"/>
          </w:tcPr>
          <w:p w14:paraId="6E1C4CBB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性別</w:t>
            </w:r>
            <w:proofErr w:type="spellEnd"/>
          </w:p>
          <w:p w14:paraId="0DFA2A50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5135F66F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00E0968E" w14:textId="77777777" w:rsidTr="00CC2F40">
        <w:trPr>
          <w:jc w:val="center"/>
        </w:trPr>
        <w:tc>
          <w:tcPr>
            <w:tcW w:w="2263" w:type="dxa"/>
          </w:tcPr>
          <w:p w14:paraId="188D945E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学校・園名</w:t>
            </w:r>
            <w:proofErr w:type="spellEnd"/>
          </w:p>
          <w:p w14:paraId="7A835F89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1CF512D7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4764D431" w14:textId="77777777" w:rsidTr="00CC2F40">
        <w:trPr>
          <w:jc w:val="center"/>
        </w:trPr>
        <w:tc>
          <w:tcPr>
            <w:tcW w:w="2263" w:type="dxa"/>
          </w:tcPr>
          <w:p w14:paraId="26FDA67B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学年・クラス</w:t>
            </w:r>
            <w:proofErr w:type="spellEnd"/>
          </w:p>
          <w:p w14:paraId="42FC6DE6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6910DFC1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77F6C6C8" w14:textId="77777777" w:rsidTr="00CC2F40">
        <w:trPr>
          <w:jc w:val="center"/>
        </w:trPr>
        <w:tc>
          <w:tcPr>
            <w:tcW w:w="2263" w:type="dxa"/>
          </w:tcPr>
          <w:p w14:paraId="5159ED17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保護者氏名</w:t>
            </w:r>
            <w:proofErr w:type="spellEnd"/>
          </w:p>
          <w:p w14:paraId="022D36EB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1BA0840E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3B4E7BAD" w14:textId="77777777" w:rsidTr="00CC2F40">
        <w:trPr>
          <w:jc w:val="center"/>
        </w:trPr>
        <w:tc>
          <w:tcPr>
            <w:tcW w:w="2263" w:type="dxa"/>
          </w:tcPr>
          <w:p w14:paraId="70DF0C37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住所</w:t>
            </w:r>
            <w:proofErr w:type="spellEnd"/>
          </w:p>
          <w:p w14:paraId="5134D241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7272DB28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DB501C" w:rsidRPr="00CC2F40" w14:paraId="411A3330" w14:textId="77777777" w:rsidTr="00CC2F40">
        <w:trPr>
          <w:jc w:val="center"/>
        </w:trPr>
        <w:tc>
          <w:tcPr>
            <w:tcW w:w="2263" w:type="dxa"/>
          </w:tcPr>
          <w:p w14:paraId="54C5CABC" w14:textId="77777777" w:rsidR="00DB501C" w:rsidRPr="00CC2F40" w:rsidRDefault="008E45BC" w:rsidP="00CC2F40">
            <w:pPr>
              <w:jc w:val="center"/>
              <w:rPr>
                <w:rFonts w:ascii="BIZ UDPゴシック" w:eastAsia="BIZ UDPゴシック" w:hAnsi="BIZ UDPゴシック"/>
                <w:sz w:val="24"/>
                <w:szCs w:val="24"/>
                <w:lang w:eastAsia="ja-JP"/>
              </w:rPr>
            </w:pPr>
            <w:proofErr w:type="spellStart"/>
            <w:r w:rsidRPr="00CC2F40">
              <w:rPr>
                <w:rFonts w:ascii="BIZ UDPゴシック" w:eastAsia="BIZ UDPゴシック" w:hAnsi="BIZ UDPゴシック"/>
                <w:sz w:val="24"/>
                <w:szCs w:val="24"/>
              </w:rPr>
              <w:t>電話番号</w:t>
            </w:r>
            <w:proofErr w:type="spellEnd"/>
          </w:p>
          <w:p w14:paraId="4CEB7649" w14:textId="77777777" w:rsidR="00CC2F40" w:rsidRPr="00CC2F40" w:rsidRDefault="00CC2F40" w:rsidP="00CC2F40">
            <w:pPr>
              <w:jc w:val="center"/>
              <w:rPr>
                <w:rFonts w:ascii="BIZ UDPゴシック" w:eastAsia="BIZ UDPゴシック" w:hAnsi="BIZ UDPゴシック" w:hint="eastAsia"/>
                <w:sz w:val="24"/>
                <w:szCs w:val="24"/>
                <w:lang w:eastAsia="ja-JP"/>
              </w:rPr>
            </w:pPr>
          </w:p>
        </w:tc>
        <w:tc>
          <w:tcPr>
            <w:tcW w:w="6367" w:type="dxa"/>
          </w:tcPr>
          <w:p w14:paraId="0025B194" w14:textId="77777777" w:rsidR="00DB501C" w:rsidRPr="00CC2F40" w:rsidRDefault="00DB501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6BEFFCB9" w14:textId="77777777" w:rsidR="00DB501C" w:rsidRPr="00CC2F40" w:rsidRDefault="008E45BC">
      <w:pPr>
        <w:pStyle w:val="21"/>
        <w:rPr>
          <w:rFonts w:ascii="BIZ UDPゴシック" w:eastAsia="BIZ UDPゴシック" w:hAnsi="BIZ UDPゴシック"/>
          <w:lang w:eastAsia="ja-JP"/>
        </w:rPr>
      </w:pPr>
      <w:r w:rsidRPr="00CC2F40">
        <w:rPr>
          <w:rFonts w:ascii="BIZ UDPゴシック" w:eastAsia="BIZ UDPゴシック" w:hAnsi="BIZ UDPゴシック"/>
          <w:lang w:eastAsia="ja-JP"/>
        </w:rPr>
        <w:lastRenderedPageBreak/>
        <w:t>３．現在の診断・手帳等</w:t>
      </w:r>
    </w:p>
    <w:p w14:paraId="77D704BD" w14:textId="157A43D5" w:rsidR="001E0233" w:rsidRPr="00C22B92" w:rsidRDefault="008E45BC">
      <w:pPr>
        <w:rPr>
          <w:rFonts w:ascii="BIZ UDPゴシック" w:eastAsia="BIZ UDPゴシック" w:hAnsi="BIZ UDPゴシック" w:hint="eastAsia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 xml:space="preserve">□ 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診断なし</w:t>
      </w:r>
      <w:r w:rsidR="00C22B92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　　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 xml:space="preserve">　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 xml:space="preserve">□ </w:t>
      </w:r>
      <w:r w:rsidR="00C22B92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>診断あり　→　診断名　(　　　　　　　　　　　　　　　　　　　　　　　　　)</w:t>
      </w:r>
    </w:p>
    <w:p w14:paraId="4627B25B" w14:textId="0E88F110" w:rsidR="00C22B92" w:rsidRDefault="008E45BC" w:rsidP="00C22B92">
      <w:pPr>
        <w:ind w:firstLineChars="800" w:firstLine="1920"/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医療機関名：</w:t>
      </w:r>
      <w:r w:rsidR="001E0233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　　　　　　　　　　　　　　</w:t>
      </w:r>
      <w:r w:rsidR="00C22B92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　　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担当医：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 xml:space="preserve">　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 xml:space="preserve">　　　　　　</w:t>
      </w:r>
      <w:r w:rsidR="001E0233" w:rsidRPr="001E0233">
        <w:rPr>
          <w:rFonts w:ascii="BIZ UDPゴシック" w:eastAsia="BIZ UDPゴシック" w:hAnsi="BIZ UDPゴシック"/>
          <w:sz w:val="24"/>
          <w:szCs w:val="24"/>
          <w:u w:val="single"/>
          <w:lang w:eastAsia="ja-JP"/>
        </w:rPr>
        <w:t xml:space="preserve">　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 xml:space="preserve">　　　　　　　　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 xml:space="preserve">　　　　　　　　　　　　　　　　　　　　　　　</w:t>
      </w:r>
      <w:r w:rsidR="001E0233" w:rsidRPr="001E0233">
        <w:rPr>
          <w:rFonts w:ascii="BIZ UDPゴシック" w:eastAsia="BIZ UDPゴシック" w:hAnsi="BIZ UDPゴシック"/>
          <w:sz w:val="24"/>
          <w:szCs w:val="24"/>
          <w:u w:val="single"/>
          <w:lang w:eastAsia="ja-JP"/>
        </w:rPr>
        <w:t xml:space="preserve"> </w:t>
      </w:r>
      <w:r w:rsidRPr="001E0233">
        <w:rPr>
          <w:rFonts w:ascii="BIZ UDPゴシック" w:eastAsia="BIZ UDPゴシック" w:hAnsi="BIZ UDPゴシック"/>
          <w:sz w:val="24"/>
          <w:szCs w:val="24"/>
          <w:u w:val="single"/>
          <w:lang w:eastAsia="ja-JP"/>
        </w:rPr>
        <w:br/>
      </w:r>
    </w:p>
    <w:p w14:paraId="70BF275C" w14:textId="75E3FB2C" w:rsidR="00DB501C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療育手帳：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□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あり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 xml:space="preserve"> □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申請中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 xml:space="preserve"> □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なし</w:t>
      </w:r>
    </w:p>
    <w:p w14:paraId="7055F2D3" w14:textId="20334AD9" w:rsidR="00DB501C" w:rsidRPr="00CC2F40" w:rsidRDefault="008E45BC">
      <w:pPr>
        <w:pStyle w:val="21"/>
        <w:rPr>
          <w:rFonts w:ascii="BIZ UDPゴシック" w:eastAsia="BIZ UDPゴシック" w:hAnsi="BIZ UDPゴシック"/>
          <w:lang w:eastAsia="ja-JP"/>
        </w:rPr>
      </w:pPr>
      <w:r w:rsidRPr="00CC2F40">
        <w:rPr>
          <w:rFonts w:ascii="BIZ UDPゴシック" w:eastAsia="BIZ UDPゴシック" w:hAnsi="BIZ UDPゴシック"/>
          <w:lang w:eastAsia="ja-JP"/>
        </w:rPr>
        <w:t>４．依頼目的</w:t>
      </w:r>
    </w:p>
    <w:p w14:paraId="6F921870" w14:textId="77777777" w:rsidR="00CC2F40" w:rsidRPr="00CC2F40" w:rsidRDefault="00CC2F40" w:rsidP="00CC2F40">
      <w:pPr>
        <w:rPr>
          <w:rFonts w:ascii="BIZ UDPゴシック" w:eastAsia="BIZ UDPゴシック" w:hAnsi="BIZ UDPゴシック"/>
          <w:lang w:eastAsia="ja-JP"/>
        </w:rPr>
      </w:pPr>
    </w:p>
    <w:p w14:paraId="3AE1A1D2" w14:textId="77777777" w:rsidR="00CC2F40" w:rsidRPr="00CC2F40" w:rsidRDefault="00CC2F40" w:rsidP="00CC2F40">
      <w:pPr>
        <w:rPr>
          <w:rFonts w:ascii="BIZ UDPゴシック" w:eastAsia="BIZ UDPゴシック" w:hAnsi="BIZ UDPゴシック"/>
          <w:lang w:eastAsia="ja-JP"/>
        </w:rPr>
      </w:pPr>
    </w:p>
    <w:p w14:paraId="226BEE90" w14:textId="7BD4BD91" w:rsidR="00DB501C" w:rsidRPr="00CC2F40" w:rsidRDefault="001E0233">
      <w:pPr>
        <w:pStyle w:val="21"/>
        <w:rPr>
          <w:rFonts w:ascii="BIZ UDPゴシック" w:eastAsia="BIZ UDPゴシック" w:hAnsi="BIZ UDPゴシック" w:hint="eastAsia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5</w:t>
      </w:r>
      <w:r w:rsidR="008E45BC" w:rsidRPr="00CC2F40">
        <w:rPr>
          <w:rFonts w:ascii="BIZ UDPゴシック" w:eastAsia="BIZ UDPゴシック" w:hAnsi="BIZ UDPゴシック"/>
          <w:lang w:eastAsia="ja-JP"/>
        </w:rPr>
        <w:t>．現在の様子</w:t>
      </w:r>
      <w:r w:rsidR="00CC2F40">
        <w:rPr>
          <w:rFonts w:ascii="BIZ UDPゴシック" w:eastAsia="BIZ UDPゴシック" w:hAnsi="BIZ UDPゴシック" w:hint="eastAsia"/>
          <w:lang w:eastAsia="ja-JP"/>
        </w:rPr>
        <w:t xml:space="preserve">　　</w:t>
      </w:r>
      <w:r w:rsidR="00CC2F40" w:rsidRPr="00CC2F40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>※分かる範囲でお書きください</w:t>
      </w:r>
      <w:r w:rsidR="00CC2F40" w:rsidRPr="00CC2F40">
        <w:rPr>
          <w:rFonts w:ascii="BIZ UDPゴシック" w:eastAsia="BIZ UDPゴシック" w:hAnsi="BIZ UDPゴシック" w:hint="eastAsia"/>
          <w:u w:val="single"/>
          <w:lang w:eastAsia="ja-JP"/>
        </w:rPr>
        <w:t>。</w:t>
      </w:r>
    </w:p>
    <w:p w14:paraId="7531B0A5" w14:textId="77777777" w:rsidR="00CC2F40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コミュニケーション</w:t>
      </w:r>
    </w:p>
    <w:p w14:paraId="117C000A" w14:textId="77777777" w:rsidR="00CC2F40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言語理解・表出</w:t>
      </w:r>
    </w:p>
    <w:p w14:paraId="53C54CB6" w14:textId="77777777" w:rsidR="00CC2F40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対人関係</w:t>
      </w:r>
    </w:p>
    <w:p w14:paraId="10271A65" w14:textId="77777777" w:rsidR="00CC2F40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集中力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</w:p>
    <w:p w14:paraId="0A40BB21" w14:textId="77777777" w:rsidR="00CC2F40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行動面</w:t>
      </w:r>
    </w:p>
    <w:p w14:paraId="6E2065C9" w14:textId="77777777" w:rsidR="00CC2F40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感覚特性</w:t>
      </w:r>
    </w:p>
    <w:p w14:paraId="503B7BF7" w14:textId="77777777" w:rsidR="001E0233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</w:p>
    <w:p w14:paraId="21ABCF06" w14:textId="70A6F615" w:rsidR="00DB501C" w:rsidRP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生活面</w:t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</w:p>
    <w:p w14:paraId="5731E24F" w14:textId="0DD1D27B" w:rsidR="00DB501C" w:rsidRPr="00CC2F40" w:rsidRDefault="001E0233">
      <w:pPr>
        <w:pStyle w:val="21"/>
        <w:rPr>
          <w:rFonts w:ascii="BIZ UDPゴシック" w:eastAsia="BIZ UDPゴシック" w:hAnsi="BIZ UDPゴシック" w:hint="eastAsia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lastRenderedPageBreak/>
        <w:t>6</w:t>
      </w:r>
      <w:r w:rsidR="008E45BC" w:rsidRPr="00CC2F40">
        <w:rPr>
          <w:rFonts w:ascii="BIZ UDPゴシック" w:eastAsia="BIZ UDPゴシック" w:hAnsi="BIZ UDPゴシック"/>
          <w:lang w:eastAsia="ja-JP"/>
        </w:rPr>
        <w:t>．困っていること</w:t>
      </w:r>
      <w:r w:rsidR="00CC2F40" w:rsidRPr="00CC2F40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　</w:t>
      </w:r>
      <w:r w:rsidR="00CC2F40" w:rsidRPr="00CC2F40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>※分かる範囲でお書きください。</w:t>
      </w:r>
    </w:p>
    <w:p w14:paraId="0E4A3AF1" w14:textId="77777777" w:rsid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本人</w:t>
      </w:r>
    </w:p>
    <w:p w14:paraId="03E9AC3D" w14:textId="21E873CB" w:rsidR="00CC2F40" w:rsidRDefault="008E45BC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保護者</w:t>
      </w:r>
    </w:p>
    <w:p w14:paraId="26635480" w14:textId="3ECF7820" w:rsidR="00DB501C" w:rsidRDefault="008E45BC" w:rsidP="00D742C9">
      <w:pPr>
        <w:rPr>
          <w:rFonts w:ascii="BIZ UDPゴシック" w:eastAsia="BIZ UDPゴシック" w:hAnsi="BIZ UDPゴシック" w:hint="eastAsia"/>
          <w:sz w:val="24"/>
          <w:szCs w:val="24"/>
          <w:lang w:eastAsia="ja-JP"/>
        </w:rPr>
      </w:pP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br/>
      </w:r>
      <w:r w:rsidRPr="00CC2F40">
        <w:rPr>
          <w:rFonts w:ascii="BIZ UDPゴシック" w:eastAsia="BIZ UDPゴシック" w:hAnsi="BIZ UDPゴシック"/>
          <w:sz w:val="24"/>
          <w:szCs w:val="24"/>
          <w:lang w:eastAsia="ja-JP"/>
        </w:rPr>
        <w:t>学校・園</w:t>
      </w:r>
    </w:p>
    <w:p w14:paraId="779BEC7C" w14:textId="77777777" w:rsidR="001E0233" w:rsidRDefault="001E0233">
      <w:pPr>
        <w:rPr>
          <w:rFonts w:ascii="BIZ UDPゴシック" w:eastAsia="BIZ UDPゴシック" w:hAnsi="BIZ UDPゴシック"/>
          <w:sz w:val="24"/>
          <w:szCs w:val="24"/>
          <w:lang w:eastAsia="ja-JP"/>
        </w:rPr>
      </w:pPr>
    </w:p>
    <w:p w14:paraId="6E159896" w14:textId="77777777" w:rsidR="008E45BC" w:rsidRDefault="008E45BC" w:rsidP="001E0233">
      <w:pPr>
        <w:pStyle w:val="21"/>
        <w:rPr>
          <w:rFonts w:ascii="BIZ UDPゴシック" w:eastAsia="BIZ UDPゴシック" w:hAnsi="BIZ UDPゴシック"/>
          <w:lang w:eastAsia="ja-JP"/>
        </w:rPr>
      </w:pPr>
    </w:p>
    <w:p w14:paraId="3DAC94B9" w14:textId="6DAF0311" w:rsidR="001E0233" w:rsidRPr="001E0233" w:rsidRDefault="00D742C9" w:rsidP="001E0233">
      <w:pPr>
        <w:pStyle w:val="21"/>
        <w:rPr>
          <w:rFonts w:ascii="BIZ UDPゴシック" w:eastAsia="BIZ UDPゴシック" w:hAnsi="BIZ UDPゴシック"/>
          <w:lang w:eastAsia="ja-JP"/>
        </w:rPr>
      </w:pPr>
      <w:r>
        <w:rPr>
          <w:rFonts w:ascii="BIZ UDPゴシック" w:eastAsia="BIZ UDPゴシック" w:hAnsi="BIZ UDPゴシック" w:hint="eastAsia"/>
          <w:lang w:eastAsia="ja-JP"/>
        </w:rPr>
        <w:t>７</w:t>
      </w:r>
      <w:r w:rsidR="001E0233" w:rsidRPr="001E0233">
        <w:rPr>
          <w:rFonts w:ascii="BIZ UDPゴシック" w:eastAsia="BIZ UDPゴシック" w:hAnsi="BIZ UDPゴシック" w:hint="eastAsia"/>
          <w:lang w:eastAsia="ja-JP"/>
        </w:rPr>
        <w:t xml:space="preserve">.検査結果報告書　締め切り希望日　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　</w:t>
      </w:r>
    </w:p>
    <w:p w14:paraId="6E853F1A" w14:textId="10D1C636" w:rsidR="001E0233" w:rsidRPr="001E0233" w:rsidRDefault="007E77B8" w:rsidP="001E0233">
      <w:pPr>
        <w:rPr>
          <w:rFonts w:ascii="BIZ UDPゴシック" w:eastAsia="BIZ UDPゴシック" w:hAnsi="BIZ UDPゴシック" w:hint="eastAsia"/>
          <w:sz w:val="24"/>
          <w:szCs w:val="24"/>
          <w:lang w:eastAsia="ja-JP"/>
        </w:rPr>
      </w:pPr>
      <w:r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□ 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>あり　→　（　　　月　　日まで　）</w:t>
      </w:r>
      <w:r>
        <w:rPr>
          <w:rFonts w:ascii="BIZ UDPゴシック" w:eastAsia="BIZ UDPゴシック" w:hAnsi="BIZ UDPゴシック" w:hint="eastAsia"/>
          <w:sz w:val="24"/>
          <w:szCs w:val="24"/>
          <w:lang w:eastAsia="ja-JP"/>
        </w:rPr>
        <w:t xml:space="preserve">　      □ </w:t>
      </w:r>
      <w:r w:rsidR="001E0233" w:rsidRPr="001E0233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>なし</w:t>
      </w:r>
    </w:p>
    <w:p w14:paraId="48AC05E3" w14:textId="06D1A0A6" w:rsidR="00DB501C" w:rsidRPr="007E77B8" w:rsidRDefault="00DB501C">
      <w:pPr>
        <w:pStyle w:val="21"/>
        <w:rPr>
          <w:rFonts w:ascii="BIZ UDPゴシック" w:eastAsia="BIZ UDPゴシック" w:hAnsi="BIZ UDPゴシック"/>
          <w:lang w:eastAsia="ja-JP"/>
        </w:rPr>
      </w:pPr>
    </w:p>
    <w:p w14:paraId="67B0838C" w14:textId="77777777" w:rsidR="001E0233" w:rsidRDefault="001E0233" w:rsidP="001E0233">
      <w:pPr>
        <w:pStyle w:val="21"/>
        <w:rPr>
          <w:rFonts w:ascii="BIZ UDPゴシック" w:eastAsia="BIZ UDPゴシック" w:hAnsi="BIZ UDPゴシック"/>
          <w:lang w:eastAsia="ja-JP"/>
        </w:rPr>
      </w:pPr>
    </w:p>
    <w:p w14:paraId="083A5E44" w14:textId="017103EE" w:rsidR="001E0233" w:rsidRDefault="001E0233" w:rsidP="001E0233">
      <w:pPr>
        <w:pStyle w:val="21"/>
        <w:rPr>
          <w:rFonts w:ascii="BIZ UDPゴシック" w:eastAsia="BIZ UDPゴシック" w:hAnsi="BIZ UDPゴシック"/>
          <w:lang w:eastAsia="ja-JP"/>
        </w:rPr>
      </w:pPr>
      <w:r w:rsidRPr="001E0233">
        <w:rPr>
          <w:rFonts w:ascii="BIZ UDPゴシック" w:eastAsia="BIZ UDPゴシック" w:hAnsi="BIZ UDPゴシック" w:hint="eastAsia"/>
          <w:lang w:eastAsia="ja-JP"/>
        </w:rPr>
        <w:t>検査を受けるにあたっての注意事項</w:t>
      </w:r>
    </w:p>
    <w:p w14:paraId="74684174" w14:textId="28124F48" w:rsidR="001E0233" w:rsidRPr="001E0233" w:rsidRDefault="001E0233" w:rsidP="001E0233">
      <w:pPr>
        <w:pStyle w:val="ae"/>
        <w:numPr>
          <w:ilvl w:val="0"/>
          <w:numId w:val="12"/>
        </w:num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1E0233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>対象年齢は５歳～１６歳１１ヶ月です。</w:t>
      </w:r>
    </w:p>
    <w:p w14:paraId="5DCE676A" w14:textId="5C0E5184" w:rsidR="001E0233" w:rsidRPr="001E0233" w:rsidRDefault="001E0233" w:rsidP="001E0233">
      <w:pPr>
        <w:pStyle w:val="ae"/>
        <w:numPr>
          <w:ilvl w:val="0"/>
          <w:numId w:val="12"/>
        </w:numPr>
        <w:rPr>
          <w:rFonts w:ascii="BIZ UDPゴシック" w:eastAsia="BIZ UDPゴシック" w:hAnsi="BIZ UDPゴシック"/>
          <w:sz w:val="24"/>
          <w:szCs w:val="24"/>
          <w:lang w:eastAsia="ja-JP"/>
        </w:rPr>
      </w:pPr>
      <w:r w:rsidRPr="001E0233">
        <w:rPr>
          <w:rFonts w:ascii="BIZ UDPゴシック" w:eastAsia="BIZ UDPゴシック" w:hAnsi="BIZ UDPゴシック" w:hint="eastAsia"/>
          <w:sz w:val="24"/>
          <w:szCs w:val="24"/>
          <w:lang w:eastAsia="ja-JP"/>
        </w:rPr>
        <w:t>検査料金として１００００円いただきます。</w:t>
      </w:r>
    </w:p>
    <w:p w14:paraId="19602C1B" w14:textId="19550D86" w:rsidR="001E0233" w:rsidRDefault="001E0233" w:rsidP="001E0233">
      <w:pPr>
        <w:pStyle w:val="ae"/>
        <w:numPr>
          <w:ilvl w:val="1"/>
          <w:numId w:val="12"/>
        </w:numPr>
        <w:rPr>
          <w:rFonts w:ascii="BIZ UDPゴシック" w:eastAsia="BIZ UDPゴシック" w:hAnsi="BIZ UDPゴシック"/>
          <w:sz w:val="24"/>
          <w:szCs w:val="24"/>
          <w:u w:val="single"/>
          <w:lang w:eastAsia="ja-JP"/>
        </w:rPr>
      </w:pPr>
      <w:r w:rsidRPr="007E77B8"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>たけのこグループをご利用いただいている方は無料です。</w:t>
      </w:r>
    </w:p>
    <w:p w14:paraId="391F1E42" w14:textId="2F4BF4A2" w:rsidR="007E77B8" w:rsidRPr="007E77B8" w:rsidRDefault="007E77B8" w:rsidP="007E77B8">
      <w:pPr>
        <w:pStyle w:val="ae"/>
        <w:ind w:left="928"/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</w:pPr>
      <w:r>
        <w:rPr>
          <w:rFonts w:ascii="BIZ UDPゴシック" w:eastAsia="BIZ UDPゴシック" w:hAnsi="BIZ UDPゴシック" w:hint="eastAsia"/>
          <w:sz w:val="24"/>
          <w:szCs w:val="24"/>
          <w:u w:val="single"/>
          <w:lang w:eastAsia="ja-JP"/>
        </w:rPr>
        <w:t>ごきょうだい（たけのこグループを利用されていない方）は半額となります。</w:t>
      </w:r>
    </w:p>
    <w:p w14:paraId="2D62D586" w14:textId="346F9D56" w:rsidR="00DB501C" w:rsidRPr="00CC2F40" w:rsidRDefault="008E45BC" w:rsidP="001E0233">
      <w:pPr>
        <w:rPr>
          <w:rFonts w:ascii="BIZ UDPゴシック" w:eastAsia="BIZ UDPゴシック" w:hAnsi="BIZ UDPゴシック"/>
          <w:lang w:eastAsia="ja-JP"/>
        </w:rPr>
      </w:pPr>
      <w:r w:rsidRPr="00CC2F40">
        <w:rPr>
          <w:rFonts w:ascii="BIZ UDPゴシック" w:eastAsia="BIZ UDPゴシック" w:hAnsi="BIZ UDPゴシック"/>
          <w:lang w:eastAsia="ja-JP"/>
        </w:rPr>
        <w:br/>
      </w:r>
      <w:r w:rsidRPr="00CC2F40">
        <w:rPr>
          <w:rFonts w:ascii="BIZ UDPゴシック" w:eastAsia="BIZ UDPゴシック" w:hAnsi="BIZ UDPゴシック"/>
          <w:lang w:eastAsia="ja-JP"/>
        </w:rPr>
        <w:br/>
      </w:r>
      <w:r w:rsidRPr="00CC2F40">
        <w:rPr>
          <w:rFonts w:ascii="BIZ UDPゴシック" w:eastAsia="BIZ UDPゴシック" w:hAnsi="BIZ UDPゴシック"/>
          <w:lang w:eastAsia="ja-JP"/>
        </w:rPr>
        <w:br/>
      </w:r>
    </w:p>
    <w:sectPr w:rsidR="00DB501C" w:rsidRPr="00CC2F4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7351F75"/>
    <w:multiLevelType w:val="hybridMultilevel"/>
    <w:tmpl w:val="97B8FD4C"/>
    <w:lvl w:ilvl="0" w:tplc="F59E693C">
      <w:start w:val="8"/>
      <w:numFmt w:val="bullet"/>
      <w:lvlText w:val="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91C7BFC"/>
    <w:multiLevelType w:val="hybridMultilevel"/>
    <w:tmpl w:val="9B2A28B6"/>
    <w:lvl w:ilvl="0" w:tplc="063467FA">
      <w:start w:val="3"/>
      <w:numFmt w:val="bullet"/>
      <w:lvlText w:val="・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425074E2">
      <w:start w:val="3"/>
      <w:numFmt w:val="bullet"/>
      <w:lvlText w:val="※"/>
      <w:lvlJc w:val="left"/>
      <w:pPr>
        <w:ind w:left="928" w:hanging="360"/>
      </w:pPr>
      <w:rPr>
        <w:rFonts w:ascii="BIZ UDPゴシック" w:eastAsia="BIZ UDPゴシック" w:hAnsi="BIZ UDPゴシック" w:cstheme="minorBidi" w:hint="eastAsia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5C2D6310"/>
    <w:multiLevelType w:val="hybridMultilevel"/>
    <w:tmpl w:val="CE24B06C"/>
    <w:lvl w:ilvl="0" w:tplc="94FE605A">
      <w:start w:val="8"/>
      <w:numFmt w:val="bullet"/>
      <w:lvlText w:val="・"/>
      <w:lvlJc w:val="left"/>
      <w:pPr>
        <w:ind w:left="360" w:hanging="360"/>
      </w:pPr>
      <w:rPr>
        <w:rFonts w:ascii="BIZ UDPゴシック" w:eastAsia="BIZ UDPゴシック" w:hAnsi="BIZ UDP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745153881">
    <w:abstractNumId w:val="8"/>
  </w:num>
  <w:num w:numId="2" w16cid:durableId="716929853">
    <w:abstractNumId w:val="6"/>
  </w:num>
  <w:num w:numId="3" w16cid:durableId="1919709591">
    <w:abstractNumId w:val="5"/>
  </w:num>
  <w:num w:numId="4" w16cid:durableId="217135306">
    <w:abstractNumId w:val="4"/>
  </w:num>
  <w:num w:numId="5" w16cid:durableId="344290530">
    <w:abstractNumId w:val="7"/>
  </w:num>
  <w:num w:numId="6" w16cid:durableId="419520753">
    <w:abstractNumId w:val="3"/>
  </w:num>
  <w:num w:numId="7" w16cid:durableId="1205560031">
    <w:abstractNumId w:val="2"/>
  </w:num>
  <w:num w:numId="8" w16cid:durableId="400101406">
    <w:abstractNumId w:val="1"/>
  </w:num>
  <w:num w:numId="9" w16cid:durableId="118962126">
    <w:abstractNumId w:val="0"/>
  </w:num>
  <w:num w:numId="10" w16cid:durableId="1849172248">
    <w:abstractNumId w:val="11"/>
  </w:num>
  <w:num w:numId="11" w16cid:durableId="2086098422">
    <w:abstractNumId w:val="9"/>
  </w:num>
  <w:num w:numId="12" w16cid:durableId="3180473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0233"/>
    <w:rsid w:val="0029639D"/>
    <w:rsid w:val="00326F90"/>
    <w:rsid w:val="007E77B8"/>
    <w:rsid w:val="008E45BC"/>
    <w:rsid w:val="009710C1"/>
    <w:rsid w:val="00AA1D8D"/>
    <w:rsid w:val="00B47730"/>
    <w:rsid w:val="00C06446"/>
    <w:rsid w:val="00C22B92"/>
    <w:rsid w:val="00CB0664"/>
    <w:rsid w:val="00CC2F40"/>
    <w:rsid w:val="00D742C9"/>
    <w:rsid w:val="00DB501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C102FC"/>
  <w14:defaultImageDpi w14:val="300"/>
  <w15:docId w15:val="{722AD6EE-7953-469A-9A53-C3898E048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94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竜次 坂上</cp:lastModifiedBy>
  <cp:revision>5</cp:revision>
  <cp:lastPrinted>2026-07-25T04:53:00Z</cp:lastPrinted>
  <dcterms:created xsi:type="dcterms:W3CDTF">2026-07-25T04:22:00Z</dcterms:created>
  <dcterms:modified xsi:type="dcterms:W3CDTF">2026-07-25T04:56:00Z</dcterms:modified>
  <cp:category/>
</cp:coreProperties>
</file>